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פותחים דף חדש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המשמעות של ראש השנה כהתחלה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סמלים ופעילויות הקשורים לחג ולערכים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משאלה אישית וכיתתית לשנה החדשה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התוכן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כוח טוב שיש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מכתב לעצמי בעוד 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אלרגיות ורגישויות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לפתוח את השנה בתחושת התחלה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הברכה נכתבת בלי חתימה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הפעילות מוגדרת כרשות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ברעיונות לפי 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מאפשרים לכתוב גם בשפת האם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רימון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אלרגיות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אני רוצה ש...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סמלים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(סימן לאיחול שנה מתוקה)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(מסמל כוחות טובים וברכות 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(אוסף משאלות אישיות של כל הכיתה)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(שומרת ברכה אישית עד סוף השנה)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(סמל למתיקות ולתקווה לשנה טובה)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ההכנות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אלרגיות ורגישויות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את העץ הריק על הקיר ולגזור תפוחים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להכין מעטפות ושמות לפתקי הברכה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לפתוח במעגל ולהזכיר ששיתוף הוא 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לצלם את העץ ולשמור את המעטפות לסוף השנה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אישי עם משאלה ברורה, חיובית ומכבדת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להתחיל משהו חדש, להשאיר דברים לא טובים מאחור ולהתמקד בדברים טובים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התחדשות, תקווה,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שמתאימה לפעילויות שהוצגו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בדיקת אלרגיות ורגישויות 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מה זה 'דף חדש' לפני התרגול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שהתלמידים מבינים ששיתוף אישי הוא תמיד לפי רצון ולא 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החלק הפתוח (כתיבת משאלה) לפעילות עץ המשאלות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פותחים דף חדש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ראש השנה הוא זמן לפתוח דף חדש, להציב משאלות ולחשוב על מה שרוצים לשנות ולשמר. בדף זה נתרגל מושגים, סמלים ופעילויות הקשורים לחג.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התוכן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אחת משלוש המילים המרכזיות של היחידה על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שייכות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מסמל כל גרגר ברימון בפעילות ליסודי א-ג?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כוח טוב שיש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ימי החופש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 בלוח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באיזו פעילות כותבים ברכה לעצמם ופותחים אותה רק בסוף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דבש של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 לעצמי בעוד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משאלות בצנצנת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עץ המשאלות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חשוב לבדוק לפני טעימת תפוחים ודבש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מזג האוויר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אלרגיות ורגישויות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המפה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המרכזית של היחידה על 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ללמד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לפתוח את השנה בתחושת התחלה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להתכונן למבחן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לתכנן טיול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'דבש של מילים' התלמידים חותמים בשמם על הברכה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בסיפור אישי על הקיץ נעשה רק מי שרוצה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פעילות 'מפת דרכים אישית' מיועדת לשכבת חטיבת הביניים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לעולים חדשים אסור לכתוב משאלה בשפה שאינה 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בפעילות ליסודי א-ג מציירים __________ גדול וכל גרגר בו הוא כוח טוב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הפעילות 'מכתב לעצמי בעוד שנה' מיועדת לשכבת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טעימת תפוחים ודבש יש לבדוק __________ 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שלוש המילים המרכזיות של היחידה הן התחדשות, תקווה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בהתאמה לחנ״מ משפט הפתיחה הקבוע הוא: אני רוצה ש__________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סמלים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תפוח בדבש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מסמל כוחות טובים וברכות 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שומרת ברכה אישית עד סוף השנה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עץ משאלות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סימן לאיחול שנה מתוקה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מעטפה סגורה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סמל למתיקות ולתקווה לשנה טובה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אוסף משאלות אישיות של כל הכיתה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ההכנות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לפתוח במעגל ולהזכיר ששיתוף הוא רשות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לצלם את העץ ולשמור את המעטפות לסוף השנה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אלרגיות ורגישויות מזון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מעטפות ושמות לפתקי הברכה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את העץ הריק על הקיר ולגזור תפוחים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משאלה אחת לשנה החדשה, ונסחו אותה כמשפט קצר וברור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המשמעות של הביטוי 'לפתוח דף חדש' בראש השנה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המילים המרכזיות של היחידה על ראש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לפעילות שמתאימה לשכבה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לבדוק לפני פעילות עם טעימת מזון?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פותחים דף חדש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