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פותחים דף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ראש השנה כהתחלה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ופעילויות הקשורים לחג ולערכים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משאלה אישית וכיתתית לשנה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כוח טוב שיש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 לעצמי בעוד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אלרגיות ורגישויות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לפתוח את השנה בתחושת התחלה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הברכה נכתבת בלי חתימה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הפעילות מוגדרת כרשות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ברעיונות לפי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מאפשרים לכתוב גם בשפת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אלרגיות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אני רוצה ש...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(סימן לאיחול שנה 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(מסמל כוחות טובים וברכות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(אוסף משאלות אישיות של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(שומרת ברכה אישית עד סוף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(סמל למתיקות ולתקווה לשנה טובה)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אלרגיות ורגישויות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את העץ הריק על הקיר ולגזור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מעטפות ושמות לפתקי הברכה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לפתוח במעגל ולהזכיר ששיתוף הוא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לצלם את העץ ולשמור את המעטפות לסוף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עם משאלה ברורה, חיובית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להתחיל משהו חדש, להשאיר דברים לא טובים מאחור ולהתמקד בדברים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התחדשות, תקווה,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לפעילויות שהוצגו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אלרגיות ורגישויות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'דף חדש'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שהתלמידים מבינים ששיתוף אישי הוא תמיד לפי רצון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החלק הפתוח (כתיבת משאלה) לפעילות עץ המשאלות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פותחים דף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ראש השנה זאת התחלה חדשה. בדף הזה נלמד מילים וסמלים של החג, ונתרגל לכתוב משאלה לשנה החדשה.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התחדשות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משהו חדש, לפתוח דף נקי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שדברים טובים יקרו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שיש לי מקום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רוצה שיקרה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חשבון נפש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מה שעשיתי ומה כדאי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 שמסמל ברכות וכוחות טובים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למתיקות ולשנה טובה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תפוח בדבש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מסורתי שמסמל איחול לשנה מתוקה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חשובה קשורה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כל גרגר ברימון מייצג?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טוב שיש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ימי החופש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בלוח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פעילות נפתחת רק בסוף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דבש של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לעצמי בעוד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משאלות בצנצנת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המשאלות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לפני שאוכלים?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אלרגיות ורגישויות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כל הפעילויות?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את השנה בתחושת התחלה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להתכונן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לתכנן טיול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'דבש של מילים' התלמידים חותמים בשמם על הברכה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בסיפור אישי על הקיץ נעשה רק מי שרוצה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'מפת דרכים אישית' מיועדת לשכבת חטיבת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חדשים אסור לכתוב משאלה בשפה שאינה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ליסודי א-ג מציירים __________ גדול וכל גרגר בו הוא כוח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הפעילות 'מכתב לעצמי בעוד שנה' מיועדת לשכבת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טעימת תפוחים ודבש יש לבדוק __________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שלוש המילים המרכזיות של היחידה הן התחדשות, תקווה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בהתאמה לחנ״מ משפט הפתיחה הקבוע הוא: אני רוצה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למתיקות ולתקווה לשנה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לאיחול שנה מתוקה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עץ משאלות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מסמל כוחות טובים וברכות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מעטפה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אוסף משאלות אישיות של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שומרת ברכה אישית עד סוף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לצלם את העץ ולשמור את המעטפות לסוף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מעטפות ושמות לפתקי הברכה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אלרגיות ורגישויות מזון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את העץ הריק על הקיר ולגזור תפוחים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במעגל ולהזכיר ששיתוף הוא רשות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אחת לשנה החדשה, ונסחו אותה כמשפט קצר וברור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המשמעות של הביטוי 'לפתוח דף חדש' בראש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המילים המרכזיות של היחידה על ראש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שמתאימה לשכבה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פעילות עם טעימת 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פותחים דף 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